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977" w:type="dxa"/>
      </w:tblPr>
      <w:tblGrid>
        <w:gridCol w:w="5839"/>
        <w:gridCol w:w="4138"/>
      </w:tblGrid>
      <w:tr>
        <w:tc>
          <w:tcPr>
            <w:tcW w:type="dxa" w:w="5839"/>
          </w:tcPr>
          <w:p>
            <w:pPr>
              <w:spacing w:after="20"/>
            </w:pPr>
            <w:r>
              <w:rPr>
                <w:b/>
                <w:color w:val="111111"/>
                <w:sz w:val="32"/>
              </w:rPr>
              <w:t>[Your business name]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[Street address, City, State/Province, ZIP]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[Phone]  |  [Email]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[Website]  |  [Licence or tax number, if any]</w:t>
            </w:r>
          </w:p>
        </w:tc>
        <w:tc>
          <w:tcPr>
            <w:tcW w:type="dxa" w:w="4139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44"/>
              </w:rPr>
              <w:t>QUOTE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Fixed price</w:t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977" w:type="dxa"/>
      </w:tblPr>
      <w:tblGrid>
        <w:gridCol w:w="5272"/>
        <w:gridCol w:w="4705"/>
      </w:tblGrid>
      <w:tr>
        <w:tc>
          <w:tcPr>
            <w:tcW w:type="dxa" w:w="5272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PREPARED FOR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[Customer name]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[Job address]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[Phone or email]</w:t>
            </w:r>
          </w:p>
        </w:tc>
        <w:tc>
          <w:tcPr>
            <w:tcW w:type="dxa" w:w="4706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Quote no.:  </w:t>
            </w:r>
            <w:r>
              <w:rPr>
                <w:b/>
                <w:sz w:val="20"/>
              </w:rPr>
              <w:t>Q-1001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Expires:  </w:t>
            </w:r>
            <w:r>
              <w:rPr>
                <w:b/>
                <w:sz w:val="20"/>
              </w:rPr>
              <w:t>[MM/DD/YYYY]</w:t>
            </w:r>
          </w:p>
        </w:tc>
      </w:tr>
    </w:tbl>
    <w:p>
      <w:pPr>
        <w:spacing w:before="160" w:after="40"/>
      </w:pPr>
      <w:r>
        <w:rPr>
          <w:b/>
          <w:color w:val="666666"/>
          <w:sz w:val="16"/>
        </w:rPr>
        <w:t>SCOPE OF WORK</w:t>
      </w:r>
    </w:p>
    <w:p>
      <w:pPr>
        <w:spacing w:after="60"/>
      </w:pPr>
      <w:r>
        <w:rPr>
          <w:sz w:val="19"/>
        </w:rPr>
        <w:t>[Describe exactly what you will do: the work, where, how much (rooms, square feet, units) and when. Example: Deep clean of an empty 3-bedroom, 2-bathroom house after move-out, done in one visit.]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977" w:type="dxa"/>
      </w:tblPr>
      <w:tblGrid>
        <w:gridCol w:w="4988"/>
        <w:gridCol w:w="4988"/>
      </w:tblGrid>
      <w:tr>
        <w:tc>
          <w:tcPr>
            <w:tcW w:type="dxa" w:w="4989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INCLUDED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[Included item]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[Included item]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[Included item]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[Included item]</w:t>
            </w:r>
          </w:p>
        </w:tc>
        <w:tc>
          <w:tcPr>
            <w:tcW w:type="dxa" w:w="4989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NOT INCLUDED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[Excluded item]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[Excluded item]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[Excluded item]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•  [Excluded item]</w:t>
            </w:r>
          </w:p>
        </w:tc>
      </w:tr>
    </w:tbl>
    <w:p>
      <w:pPr>
        <w:spacing w:before="160" w:after="40"/>
      </w:pPr>
      <w:r>
        <w:rPr>
          <w:b/>
          <w:color w:val="666666"/>
          <w:sz w:val="16"/>
        </w:rPr>
        <w:t>PRICE</w:t>
      </w: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9694" w:type="dxa"/>
      </w:tblPr>
      <w:tblGrid>
        <w:gridCol w:w="4592"/>
        <w:gridCol w:w="907"/>
        <w:gridCol w:w="1020"/>
        <w:gridCol w:w="1474"/>
        <w:gridCol w:w="1700"/>
      </w:tblGrid>
      <w:tr>
        <w:tc>
          <w:tcPr>
            <w:tcW w:type="dxa" w:w="4592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90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020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47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type="dxa" w:w="1701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[Main work]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job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420.00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420.00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[Add-on]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job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60.00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60.00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[Add-on]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job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80.00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80.00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4875" w:type="dxa"/>
      </w:tblPr>
      <w:tblGrid>
        <w:gridCol w:w="2948"/>
        <w:gridCol w:w="1927"/>
      </w:tblGrid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560.00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Tax ([5]%)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28.00</w:t>
            </w:r>
          </w:p>
        </w:tc>
      </w:tr>
      <w:tr>
        <w:tc>
          <w:tcPr>
            <w:tcW w:type="dxa" w:w="2948"/>
            <w:shd w:val="clear" w:color="auto" w:fill="EEEEEE"/>
          </w:tcPr>
          <w:p>
            <w:pPr>
              <w:spacing w:after="20"/>
            </w:pPr>
            <w:r>
              <w:rPr>
                <w:b/>
                <w:color w:val="111111"/>
                <w:sz w:val="22"/>
              </w:rPr>
              <w:t>FIXED PRICE TOTAL</w:t>
            </w:r>
          </w:p>
        </w:tc>
        <w:tc>
          <w:tcPr>
            <w:tcW w:type="dxa" w:w="1928"/>
            <w:shd w:val="clear" w:color="auto" w:fill="EEEEEE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2"/>
              </w:rPr>
              <w:t>$588.00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Deposit to book ([25]%)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147.00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Balance when done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441.00</w:t>
            </w:r>
          </w:p>
        </w:tc>
      </w:tr>
    </w:tbl>
    <w:p>
      <w:pPr>
        <w:spacing w:before="160" w:after="40"/>
      </w:pPr>
      <w:r>
        <w:rPr>
          <w:b/>
          <w:color w:val="666666"/>
          <w:sz w:val="16"/>
        </w:rPr>
        <w:t>TERMS</w:t>
      </w:r>
    </w:p>
    <w:p>
      <w:pPr>
        <w:spacing w:after="60"/>
      </w:pPr>
      <w:r>
        <w:rPr>
          <w:sz w:val="19"/>
        </w:rPr>
        <w:t>This is a fixed price for the scope above. It changes only if the scope changes.</w:t>
      </w:r>
    </w:p>
    <w:p>
      <w:pPr>
        <w:spacing w:after="60"/>
      </w:pPr>
      <w:r>
        <w:rPr>
          <w:sz w:val="19"/>
        </w:rPr>
        <w:t>Work not listed above is quoted in writing and done only with your written OK.</w:t>
      </w:r>
    </w:p>
    <w:p>
      <w:pPr>
        <w:spacing w:after="60"/>
      </w:pPr>
      <w:r>
        <w:rPr>
          <w:sz w:val="19"/>
        </w:rPr>
        <w:t>A [25]% deposit books the date. The balance is due when the work is done. We accept [card, bank transfer, cheque, cash].</w:t>
      </w:r>
    </w:p>
    <w:p>
      <w:pPr>
        <w:spacing w:after="60"/>
      </w:pPr>
      <w:r>
        <w:rPr>
          <w:sz w:val="19"/>
        </w:rPr>
        <w:t>This quote expires on the date above.</w:t>
      </w:r>
    </w:p>
    <w:p>
      <w:pPr>
        <w:spacing w:before="160" w:after="40"/>
      </w:pPr>
      <w:r>
        <w:rPr>
          <w:b/>
          <w:color w:val="666666"/>
          <w:sz w:val="16"/>
        </w:rPr>
        <w:t>ACCEPTANCE</w:t>
      </w:r>
    </w:p>
    <w:p>
      <w:pPr>
        <w:spacing w:after="60"/>
      </w:pPr>
      <w:r>
        <w:rPr>
          <w:sz w:val="19"/>
        </w:rPr>
        <w:t>To accept, sign and return this quote before it expires.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</w:t>
            </w:r>
          </w:p>
        </w:tc>
      </w:tr>
      <w:tr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Customer name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Signature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Date</w:t>
            </w:r>
          </w:p>
        </w:tc>
      </w:tr>
    </w:tbl>
    <w:p>
      <w:pPr>
        <w:jc w:val="center"/>
      </w:pPr>
      <w:r>
        <w:rPr>
          <w:color w:val="666666"/>
          <w:sz w:val="15"/>
        </w:rPr>
        <w:t>Free template from brickbyclick.ai. Replace every [bracketed] field, then delete this line before sending.</w:t>
      </w:r>
    </w:p>
    <w:sectPr w:rsidR="00FC693F" w:rsidRPr="0006063C" w:rsidSect="00034616">
      <w:pgSz w:w="12240" w:h="15840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