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after="20"/>
            </w:pPr>
            <w:r>
              <w:rPr>
                <w:b/>
                <w:color w:val="111111"/>
                <w:sz w:val="32"/>
              </w:rPr>
              <w:t>[Your Business Name]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[Street address, City, State/Province, ZIP]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[Phone]  |  [Email]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[Website]  |  [Tax or business number, if any]</w:t>
            </w:r>
          </w:p>
        </w:tc>
        <w:tc>
          <w:tcPr>
            <w:tcW w:type="dxa" w:w="4986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48"/>
              </w:rPr>
              <w:t>INVOICE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BILL TO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[Customer name]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[Company, if any]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[Billing address]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[Phone or email]</w:t>
            </w:r>
          </w:p>
        </w:tc>
        <w:tc>
          <w:tcPr>
            <w:tcW w:type="dxa" w:w="4986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Invoice no.:  </w:t>
            </w:r>
            <w:r>
              <w:rPr>
                <w:b/>
                <w:sz w:val="20"/>
              </w:rPr>
              <w:t>1001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Invoice date:  </w:t>
            </w:r>
            <w:r>
              <w:rPr>
                <w:b/>
                <w:sz w:val="20"/>
              </w:rPr>
              <w:t>[MM/DD/YYYY]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Due date:  </w:t>
            </w:r>
            <w:r>
              <w:rPr>
                <w:b/>
                <w:sz w:val="20"/>
              </w:rPr>
              <w:t>[MM/DD/YYYY]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Job address:  </w:t>
            </w:r>
            <w:r>
              <w:rPr>
                <w:b/>
                <w:sz w:val="20"/>
              </w:rPr>
              <w:t>[Address]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Terms:  </w:t>
            </w:r>
            <w:r>
              <w:rPr>
                <w:b/>
                <w:sz w:val="20"/>
              </w:rPr>
              <w:t>[Net 14]</w:t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4" w:color="BBBBBB"/>
          <w:left w:val="nil"/>
          <w:bottom w:val="single" w:sz="4" w:color="BBBBBB"/>
          <w:right w:val="nil"/>
          <w:insideH w:val="single" w:sz="4" w:color="BBBBBB"/>
          <w:insideV w:val="nil"/>
        </w:tblBorders>
        <w:tblLayout w:type="fixed"/>
        <w:tblW w:w="9977" w:type="dxa"/>
      </w:tblPr>
      <w:tblGrid>
        <w:gridCol w:w="5442"/>
        <w:gridCol w:w="1133"/>
        <w:gridCol w:w="1587"/>
        <w:gridCol w:w="1814"/>
      </w:tblGrid>
      <w:tr>
        <w:tc>
          <w:tcPr>
            <w:tcW w:type="dxa" w:w="5443"/>
            <w:shd w:val="clear" w:color="auto" w:fill="111111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13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RATE</w:t>
            </w:r>
          </w:p>
        </w:tc>
        <w:tc>
          <w:tcPr>
            <w:tcW w:type="dxa" w:w="181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44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[Labour: describe the work]</w:t>
            </w:r>
          </w:p>
        </w:tc>
        <w:tc>
          <w:tcPr>
            <w:tcW w:type="dxa" w:w="113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2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95.00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190.00</w:t>
            </w:r>
          </w:p>
        </w:tc>
      </w:tr>
      <w:tr>
        <w:tc>
          <w:tcPr>
            <w:tcW w:type="dxa" w:w="5443"/>
            <w:shd w:val="clear" w:color="auto" w:fill="F3F3F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[Materials: list the main items]</w:t>
            </w:r>
          </w:p>
        </w:tc>
        <w:tc>
          <w:tcPr>
            <w:tcW w:type="dxa" w:w="113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158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60.00</w:t>
            </w:r>
          </w:p>
        </w:tc>
        <w:tc>
          <w:tcPr>
            <w:tcW w:type="dxa" w:w="181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60.00</w:t>
            </w:r>
          </w:p>
        </w:tc>
      </w:tr>
      <w:tr>
        <w:tc>
          <w:tcPr>
            <w:tcW w:type="dxa" w:w="544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[Service call or trip fee]</w:t>
            </w:r>
          </w:p>
        </w:tc>
        <w:tc>
          <w:tcPr>
            <w:tcW w:type="dxa" w:w="113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0.00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0.00</w:t>
            </w:r>
          </w:p>
        </w:tc>
      </w:tr>
      <w:tr>
        <w:tc>
          <w:tcPr>
            <w:tcW w:type="dxa" w:w="5443"/>
            <w:shd w:val="clear" w:color="auto" w:fill="F3F3F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13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58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81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544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4365" w:type="dxa"/>
      </w:tblPr>
      <w:tblGrid>
        <w:gridCol w:w="2551"/>
        <w:gridCol w:w="1814"/>
      </w:tblGrid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Subtotal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 w:val="0"/>
                <w:sz w:val="20"/>
              </w:rPr>
              <w:t>250.00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Tax ([rate]%)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 w:val="0"/>
                <w:sz w:val="20"/>
              </w:rPr>
              <w:t>0.00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Amount paid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 w:val="0"/>
                <w:sz w:val="20"/>
              </w:rPr>
              <w:t>[0.00]</w:t>
            </w:r>
          </w:p>
        </w:tc>
      </w:tr>
      <w:tr>
        <w:tc>
          <w:tcPr>
            <w:tcW w:type="dxa" w:w="2551"/>
            <w:shd w:val="clear" w:color="auto" w:fill="F3F3F3"/>
          </w:tcPr>
          <w:p>
            <w:pPr>
              <w:spacing w:after="20"/>
            </w:pPr>
            <w:r>
              <w:rPr>
                <w:b/>
                <w:color w:val="111111"/>
                <w:sz w:val="22"/>
              </w:rPr>
              <w:t>BALANCE DUE</w:t>
            </w:r>
          </w:p>
        </w:tc>
        <w:tc>
          <w:tcPr>
            <w:tcW w:type="dxa" w:w="1814"/>
            <w:shd w:val="clear" w:color="auto" w:fill="F3F3F3"/>
          </w:tcPr>
          <w:p>
            <w:pPr>
              <w:jc w:val="right"/>
            </w:pPr>
            <w:r>
              <w:rPr>
                <w:b/>
                <w:sz w:val="22"/>
              </w:rPr>
              <w:t>$250.00</w:t>
            </w:r>
          </w:p>
        </w:tc>
      </w:tr>
    </w:tbl>
    <w:p/>
    <w:p>
      <w:r>
        <w:rPr>
          <w:b/>
          <w:color w:val="666666"/>
          <w:sz w:val="16"/>
        </w:rPr>
        <w:t>PAYMENT AND NOTES</w:t>
      </w:r>
    </w:p>
    <w:p>
      <w:pPr>
        <w:spacing w:after="60"/>
      </w:pPr>
      <w:r>
        <w:rPr>
          <w:sz w:val="19"/>
        </w:rPr>
        <w:t>Payment is due by the due date above. Thank you for your business.</w:t>
      </w:r>
    </w:p>
    <w:p>
      <w:pPr>
        <w:spacing w:after="60"/>
      </w:pPr>
      <w:r>
        <w:rPr>
          <w:sz w:val="19"/>
        </w:rPr>
        <w:t>How to pay: [card link, bank transfer details, cheque payable to ..., cash].</w:t>
      </w:r>
    </w:p>
    <w:p>
      <w:pPr>
        <w:spacing w:after="60"/>
      </w:pPr>
      <w:r>
        <w:rPr>
          <w:sz w:val="19"/>
        </w:rPr>
        <w:t>[Late fee or warranty note, if you use one.]</w:t>
      </w:r>
    </w:p>
    <w:p/>
    <w:p>
      <w:pPr>
        <w:jc w:val="center"/>
      </w:pPr>
      <w:r>
        <w:rPr>
          <w:color w:val="666666"/>
          <w:sz w:val="16"/>
        </w:rPr>
        <w:t>Replace every [bracketed] field with your own details. Delete this line before sending.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(Google Docs)</dc:title>
  <dc:subject/>
  <dc:creator>BrickByClick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